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DA273" w14:textId="77777777" w:rsidR="00C6589A" w:rsidRPr="006D3FA2" w:rsidRDefault="00382EA2">
      <w:pPr>
        <w:spacing w:after="120"/>
        <w:jc w:val="center"/>
        <w:rPr>
          <w:lang w:val="it-IT"/>
        </w:rPr>
      </w:pPr>
      <w:r w:rsidRPr="006D3FA2">
        <w:rPr>
          <w:b/>
          <w:lang w:val="it-IT"/>
        </w:rPr>
        <w:t>ALLEGATO A</w:t>
      </w:r>
    </w:p>
    <w:p w14:paraId="3FDE08B8" w14:textId="77777777" w:rsidR="00C6589A" w:rsidRPr="006D3FA2" w:rsidRDefault="00382EA2">
      <w:pPr>
        <w:jc w:val="center"/>
        <w:rPr>
          <w:lang w:val="it-IT"/>
        </w:rPr>
      </w:pPr>
      <w:r w:rsidRPr="006D3FA2">
        <w:rPr>
          <w:b/>
          <w:lang w:val="it-IT"/>
        </w:rPr>
        <w:t>MODELLO DI DOMANDA PER LA NOMINA A REVISORE UNICO DEI CONTI</w:t>
      </w:r>
    </w:p>
    <w:p w14:paraId="440146BF" w14:textId="77777777" w:rsidR="00C6589A" w:rsidRPr="006D3FA2" w:rsidRDefault="00382EA2">
      <w:pPr>
        <w:spacing w:after="200"/>
        <w:jc w:val="center"/>
        <w:rPr>
          <w:lang w:val="it-IT"/>
        </w:rPr>
      </w:pPr>
      <w:r w:rsidRPr="006D3FA2">
        <w:rPr>
          <w:b/>
          <w:lang w:val="it-IT"/>
        </w:rPr>
        <w:t>DEL COMUNE DI GERACI SICULO PER IL TRIENNIO 2026/2029</w:t>
      </w:r>
    </w:p>
    <w:p w14:paraId="50CFAF33" w14:textId="77777777" w:rsidR="006D3FA2" w:rsidRDefault="006D3FA2">
      <w:pPr>
        <w:jc w:val="right"/>
        <w:rPr>
          <w:lang w:val="it-IT"/>
        </w:rPr>
      </w:pPr>
    </w:p>
    <w:p w14:paraId="0003E74E" w14:textId="045876BC" w:rsidR="00C6589A" w:rsidRPr="006D3FA2" w:rsidRDefault="00382EA2">
      <w:pPr>
        <w:jc w:val="right"/>
        <w:rPr>
          <w:b/>
          <w:bCs/>
          <w:lang w:val="it-IT"/>
        </w:rPr>
      </w:pPr>
      <w:r w:rsidRPr="006D3FA2">
        <w:rPr>
          <w:b/>
          <w:bCs/>
          <w:lang w:val="it-IT"/>
        </w:rPr>
        <w:t>Al Comune di GERACI SICULO</w:t>
      </w:r>
    </w:p>
    <w:p w14:paraId="30CD4D9D" w14:textId="50BC7E8B" w:rsidR="00C6589A" w:rsidRPr="006D3FA2" w:rsidRDefault="00382EA2">
      <w:pPr>
        <w:jc w:val="right"/>
        <w:rPr>
          <w:b/>
          <w:bCs/>
          <w:lang w:val="it-IT"/>
        </w:rPr>
      </w:pPr>
      <w:r w:rsidRPr="006D3FA2">
        <w:rPr>
          <w:b/>
          <w:bCs/>
          <w:lang w:val="it-IT"/>
        </w:rPr>
        <w:t>Piazza Municipio n. 14 - 900</w:t>
      </w:r>
      <w:r w:rsidR="00867D0B">
        <w:rPr>
          <w:b/>
          <w:bCs/>
          <w:lang w:val="it-IT"/>
        </w:rPr>
        <w:t>54</w:t>
      </w:r>
      <w:r w:rsidRPr="006D3FA2">
        <w:rPr>
          <w:b/>
          <w:bCs/>
          <w:lang w:val="it-IT"/>
        </w:rPr>
        <w:t xml:space="preserve"> Geraci Siculo (PA)</w:t>
      </w:r>
    </w:p>
    <w:p w14:paraId="4F27554E" w14:textId="5B00ABAE" w:rsidR="00C6589A" w:rsidRDefault="00382EA2">
      <w:pPr>
        <w:jc w:val="right"/>
        <w:rPr>
          <w:b/>
          <w:bCs/>
          <w:lang w:val="it-IT"/>
        </w:rPr>
      </w:pPr>
      <w:r w:rsidRPr="006D3FA2">
        <w:rPr>
          <w:b/>
          <w:bCs/>
          <w:lang w:val="it-IT"/>
        </w:rPr>
        <w:t xml:space="preserve">PEC: </w:t>
      </w:r>
      <w:hyperlink r:id="rId8" w:history="1">
        <w:r w:rsidR="006D3FA2" w:rsidRPr="00331AB1">
          <w:rPr>
            <w:rStyle w:val="Collegamentoipertestuale"/>
            <w:b/>
            <w:bCs/>
            <w:lang w:val="it-IT"/>
          </w:rPr>
          <w:t>protocollo@pec.comune.geracisiculo.pa.it</w:t>
        </w:r>
      </w:hyperlink>
    </w:p>
    <w:p w14:paraId="33006DC3" w14:textId="77777777" w:rsidR="00C6589A" w:rsidRPr="006D3FA2" w:rsidRDefault="00C6589A">
      <w:pPr>
        <w:spacing w:after="60"/>
        <w:rPr>
          <w:lang w:val="it-IT"/>
        </w:rPr>
      </w:pPr>
    </w:p>
    <w:p w14:paraId="327F9A85" w14:textId="77777777" w:rsidR="00C6589A" w:rsidRPr="006D3FA2" w:rsidRDefault="00382EA2">
      <w:pPr>
        <w:spacing w:after="160"/>
        <w:rPr>
          <w:lang w:val="it-IT"/>
        </w:rPr>
      </w:pPr>
      <w:r w:rsidRPr="006D3FA2">
        <w:rPr>
          <w:b/>
          <w:lang w:val="it-IT"/>
        </w:rPr>
        <w:t>OGGETTO: Manifestazione di interesse per la nomina del Revisore unico dei conti del Comune di Geraci Siculo per il triennio 2026/2029.</w:t>
      </w:r>
    </w:p>
    <w:p w14:paraId="6457C17F" w14:textId="3F2D8127" w:rsidR="00C6589A" w:rsidRPr="006D3FA2" w:rsidRDefault="00382EA2">
      <w:pPr>
        <w:spacing w:after="40"/>
        <w:rPr>
          <w:lang w:val="it-IT"/>
        </w:rPr>
      </w:pPr>
      <w:r w:rsidRPr="006D3FA2">
        <w:rPr>
          <w:lang w:val="it-IT"/>
        </w:rPr>
        <w:t>Il/La sottoscritt</w:t>
      </w:r>
      <w:r w:rsidRPr="006D3FA2">
        <w:rPr>
          <w:lang w:val="it-IT"/>
        </w:rPr>
        <w:t>o/a ____________________________________________________________</w:t>
      </w:r>
      <w:r w:rsidR="006D3FA2" w:rsidRPr="006D3FA2">
        <w:rPr>
          <w:lang w:val="it-IT"/>
        </w:rPr>
        <w:t>___</w:t>
      </w:r>
      <w:r w:rsidRPr="006D3FA2">
        <w:rPr>
          <w:lang w:val="it-IT"/>
        </w:rPr>
        <w:t>____</w:t>
      </w:r>
    </w:p>
    <w:p w14:paraId="15A71588" w14:textId="2D40CC04" w:rsidR="00C6589A" w:rsidRPr="006D3FA2" w:rsidRDefault="00382EA2">
      <w:pPr>
        <w:spacing w:after="40"/>
        <w:rPr>
          <w:lang w:val="it-IT"/>
        </w:rPr>
      </w:pPr>
      <w:r w:rsidRPr="006D3FA2">
        <w:rPr>
          <w:lang w:val="it-IT"/>
        </w:rPr>
        <w:t xml:space="preserve">nato/a </w:t>
      </w:r>
      <w:proofErr w:type="spellStart"/>
      <w:r w:rsidRPr="006D3FA2">
        <w:rPr>
          <w:lang w:val="it-IT"/>
        </w:rPr>
        <w:t>a</w:t>
      </w:r>
      <w:proofErr w:type="spellEnd"/>
      <w:r w:rsidRPr="006D3FA2">
        <w:rPr>
          <w:lang w:val="it-IT"/>
        </w:rPr>
        <w:t xml:space="preserve"> ____________________________________________ (____) il _____________</w:t>
      </w:r>
      <w:r w:rsidR="006D3FA2">
        <w:rPr>
          <w:lang w:val="it-IT"/>
        </w:rPr>
        <w:t>__</w:t>
      </w:r>
      <w:r w:rsidRPr="006D3FA2">
        <w:rPr>
          <w:lang w:val="it-IT"/>
        </w:rPr>
        <w:t>________</w:t>
      </w:r>
    </w:p>
    <w:p w14:paraId="45F1C791" w14:textId="77777777" w:rsidR="00C6589A" w:rsidRPr="006D3FA2" w:rsidRDefault="00382EA2">
      <w:pPr>
        <w:spacing w:after="40"/>
        <w:rPr>
          <w:lang w:val="it-IT"/>
        </w:rPr>
      </w:pPr>
      <w:r w:rsidRPr="006D3FA2">
        <w:rPr>
          <w:lang w:val="it-IT"/>
        </w:rPr>
        <w:t>residente nel Comune di _______________________________________________ (____), Regione Sicilian</w:t>
      </w:r>
      <w:r w:rsidRPr="006D3FA2">
        <w:rPr>
          <w:lang w:val="it-IT"/>
        </w:rPr>
        <w:t>a,</w:t>
      </w:r>
    </w:p>
    <w:p w14:paraId="6781D240" w14:textId="7CA66EA9" w:rsidR="00C6589A" w:rsidRPr="006D3FA2" w:rsidRDefault="00382EA2">
      <w:pPr>
        <w:spacing w:after="40"/>
        <w:rPr>
          <w:lang w:val="it-IT"/>
        </w:rPr>
      </w:pPr>
      <w:r w:rsidRPr="006D3FA2">
        <w:rPr>
          <w:lang w:val="it-IT"/>
        </w:rPr>
        <w:t>in Via/Piazza ______________________________________________ n. _____ CAP ____</w:t>
      </w:r>
      <w:r w:rsidR="006D3FA2">
        <w:rPr>
          <w:lang w:val="it-IT"/>
        </w:rPr>
        <w:t>__</w:t>
      </w:r>
      <w:r w:rsidRPr="006D3FA2">
        <w:rPr>
          <w:lang w:val="it-IT"/>
        </w:rPr>
        <w:t>_______</w:t>
      </w:r>
    </w:p>
    <w:p w14:paraId="7A6BD383" w14:textId="17F04F98" w:rsidR="00C6589A" w:rsidRPr="006D3FA2" w:rsidRDefault="00382EA2">
      <w:pPr>
        <w:spacing w:after="40"/>
        <w:rPr>
          <w:lang w:val="it-IT"/>
        </w:rPr>
      </w:pPr>
      <w:r w:rsidRPr="006D3FA2">
        <w:rPr>
          <w:lang w:val="it-IT"/>
        </w:rPr>
        <w:t>Codice fiscale _____________________________________ P. IVA ____________________</w:t>
      </w:r>
      <w:r w:rsidR="006D3FA2">
        <w:rPr>
          <w:lang w:val="it-IT"/>
        </w:rPr>
        <w:t>_</w:t>
      </w:r>
      <w:r w:rsidRPr="006D3FA2">
        <w:rPr>
          <w:lang w:val="it-IT"/>
        </w:rPr>
        <w:t>______</w:t>
      </w:r>
    </w:p>
    <w:p w14:paraId="745E4549" w14:textId="0EA02618" w:rsidR="00C6589A" w:rsidRPr="006D3FA2" w:rsidRDefault="00382EA2" w:rsidP="006D3FA2">
      <w:pPr>
        <w:spacing w:after="40"/>
        <w:rPr>
          <w:lang w:val="it-IT"/>
        </w:rPr>
      </w:pPr>
      <w:r w:rsidRPr="006D3FA2">
        <w:rPr>
          <w:lang w:val="it-IT"/>
        </w:rPr>
        <w:t xml:space="preserve">tel. ________________________ </w:t>
      </w:r>
      <w:proofErr w:type="spellStart"/>
      <w:r w:rsidRPr="006D3FA2">
        <w:rPr>
          <w:lang w:val="it-IT"/>
        </w:rPr>
        <w:t>cell</w:t>
      </w:r>
      <w:proofErr w:type="spellEnd"/>
      <w:r w:rsidRPr="006D3FA2">
        <w:rPr>
          <w:lang w:val="it-IT"/>
        </w:rPr>
        <w:t>. ________________________ e-mail _________</w:t>
      </w:r>
      <w:r w:rsidRPr="006D3FA2">
        <w:rPr>
          <w:lang w:val="it-IT"/>
        </w:rPr>
        <w:t>_____________PEC __________________________</w:t>
      </w:r>
      <w:r w:rsidR="006D3FA2">
        <w:rPr>
          <w:lang w:val="it-IT"/>
        </w:rPr>
        <w:t>_</w:t>
      </w:r>
      <w:r w:rsidRPr="006D3FA2">
        <w:rPr>
          <w:lang w:val="it-IT"/>
        </w:rPr>
        <w:t>_____________________________</w:t>
      </w:r>
    </w:p>
    <w:p w14:paraId="5F94FD26" w14:textId="77777777" w:rsidR="00C6589A" w:rsidRPr="006D3FA2" w:rsidRDefault="00382EA2">
      <w:pPr>
        <w:spacing w:after="100"/>
        <w:jc w:val="center"/>
        <w:rPr>
          <w:lang w:val="it-IT"/>
        </w:rPr>
      </w:pPr>
      <w:r w:rsidRPr="006D3FA2">
        <w:rPr>
          <w:b/>
          <w:lang w:val="it-IT"/>
        </w:rPr>
        <w:t>PRESENTA</w:t>
      </w:r>
    </w:p>
    <w:p w14:paraId="71C08FEA" w14:textId="77777777" w:rsidR="00C6589A" w:rsidRPr="006D3FA2" w:rsidRDefault="00382EA2">
      <w:pPr>
        <w:spacing w:after="120"/>
        <w:rPr>
          <w:lang w:val="it-IT"/>
        </w:rPr>
      </w:pPr>
      <w:r w:rsidRPr="006D3FA2">
        <w:rPr>
          <w:lang w:val="it-IT"/>
        </w:rPr>
        <w:t>la propria candidatura per la nomina a Revisore unico dei conti del Comune di Geraci Siculo per il triennio 2026/2029.</w:t>
      </w:r>
    </w:p>
    <w:p w14:paraId="035E008B" w14:textId="77777777" w:rsidR="00C6589A" w:rsidRPr="006D3FA2" w:rsidRDefault="00382EA2">
      <w:pPr>
        <w:spacing w:after="120"/>
        <w:rPr>
          <w:lang w:val="it-IT"/>
        </w:rPr>
      </w:pPr>
      <w:r w:rsidRPr="006D3FA2">
        <w:rPr>
          <w:lang w:val="it-IT"/>
        </w:rPr>
        <w:t xml:space="preserve">A tal fine, ai sensi e per gli effetti degli artt. 46 </w:t>
      </w:r>
      <w:r w:rsidRPr="006D3FA2">
        <w:rPr>
          <w:lang w:val="it-IT"/>
        </w:rPr>
        <w:t>e 47 del D.P.R. 28 dicembre 2000, n. 445, consapevole delle sanzioni penali previste dall’art. 76 del medesimo decreto in caso di dichiarazioni mendaci, falsità negli atti e uso di atti falsi, nonché della decadenza dai benefici eventualmente conseguenti a</w:t>
      </w:r>
      <w:r w:rsidRPr="006D3FA2">
        <w:rPr>
          <w:lang w:val="it-IT"/>
        </w:rPr>
        <w:t>l provvedimento emanato sulla base di dichiarazioni non veritiere ai sensi dell’art. 75 del D.P.R. n. 445/2000, sotto la propria responsabilità</w:t>
      </w:r>
    </w:p>
    <w:p w14:paraId="484783C7" w14:textId="77777777" w:rsidR="00C6589A" w:rsidRPr="006D3FA2" w:rsidRDefault="00382EA2">
      <w:pPr>
        <w:spacing w:after="120"/>
        <w:jc w:val="center"/>
        <w:rPr>
          <w:lang w:val="it-IT"/>
        </w:rPr>
      </w:pPr>
      <w:r w:rsidRPr="006D3FA2">
        <w:rPr>
          <w:b/>
          <w:lang w:val="it-IT"/>
        </w:rPr>
        <w:t>DICHIARA</w:t>
      </w:r>
    </w:p>
    <w:p w14:paraId="7A97345E" w14:textId="77777777" w:rsidR="00C6589A" w:rsidRPr="006D3FA2" w:rsidRDefault="00382EA2">
      <w:pPr>
        <w:pStyle w:val="Dichiarazione"/>
        <w:rPr>
          <w:lang w:val="it-IT"/>
        </w:rPr>
      </w:pPr>
      <w:r w:rsidRPr="006D3FA2">
        <w:rPr>
          <w:b/>
          <w:lang w:val="it-IT"/>
        </w:rPr>
        <w:t>1) di essere residente in un Comune della Regione Siciliana</w:t>
      </w:r>
      <w:r w:rsidRPr="006D3FA2">
        <w:rPr>
          <w:lang w:val="it-IT"/>
        </w:rPr>
        <w:t xml:space="preserve"> e precisamente nel Comune di ______________</w:t>
      </w:r>
      <w:r w:rsidRPr="006D3FA2">
        <w:rPr>
          <w:lang w:val="it-IT"/>
        </w:rPr>
        <w:t>_________________________________ (____);</w:t>
      </w:r>
    </w:p>
    <w:p w14:paraId="15C0FA81" w14:textId="77777777" w:rsidR="00C6589A" w:rsidRPr="006D3FA2" w:rsidRDefault="00382EA2">
      <w:pPr>
        <w:pStyle w:val="Dichiarazione"/>
        <w:rPr>
          <w:lang w:val="it-IT"/>
        </w:rPr>
      </w:pPr>
      <w:r w:rsidRPr="006D3FA2">
        <w:rPr>
          <w:b/>
          <w:lang w:val="it-IT"/>
        </w:rPr>
        <w:t>2) di essere iscritto/a da almeno due anni</w:t>
      </w:r>
      <w:r w:rsidRPr="006D3FA2">
        <w:rPr>
          <w:lang w:val="it-IT"/>
        </w:rPr>
        <w:t xml:space="preserve"> (indicare l’opzione pertinente):</w:t>
      </w:r>
    </w:p>
    <w:p w14:paraId="2756E02F" w14:textId="77777777" w:rsidR="00C6589A" w:rsidRPr="006D3FA2" w:rsidRDefault="00382EA2">
      <w:pPr>
        <w:pStyle w:val="Dichiarazione"/>
        <w:ind w:left="397" w:hanging="227"/>
        <w:rPr>
          <w:lang w:val="it-IT"/>
        </w:rPr>
      </w:pPr>
      <w:r w:rsidRPr="006D3FA2">
        <w:rPr>
          <w:b/>
          <w:lang w:val="it-IT"/>
        </w:rPr>
        <w:t xml:space="preserve">a) </w:t>
      </w:r>
      <w:r w:rsidRPr="006D3FA2">
        <w:rPr>
          <w:lang w:val="it-IT"/>
        </w:rPr>
        <w:t xml:space="preserve">nel Registro dei Revisori legali di cui al </w:t>
      </w:r>
      <w:proofErr w:type="spellStart"/>
      <w:r w:rsidRPr="006D3FA2">
        <w:rPr>
          <w:lang w:val="it-IT"/>
        </w:rPr>
        <w:t>D.Lgs.</w:t>
      </w:r>
      <w:proofErr w:type="spellEnd"/>
      <w:r w:rsidRPr="006D3FA2">
        <w:rPr>
          <w:lang w:val="it-IT"/>
        </w:rPr>
        <w:t xml:space="preserve"> 27 gennaio 2010, n. 39, al n. ____________________, con decorrenza dal ______________</w:t>
      </w:r>
      <w:r w:rsidRPr="006D3FA2">
        <w:rPr>
          <w:lang w:val="it-IT"/>
        </w:rPr>
        <w:t>______;</w:t>
      </w:r>
    </w:p>
    <w:p w14:paraId="4AE34331" w14:textId="77777777" w:rsidR="00C6589A" w:rsidRPr="006D3FA2" w:rsidRDefault="00382EA2">
      <w:pPr>
        <w:pStyle w:val="Dichiarazione"/>
        <w:ind w:left="397" w:hanging="227"/>
        <w:rPr>
          <w:lang w:val="it-IT"/>
        </w:rPr>
      </w:pPr>
      <w:r w:rsidRPr="006D3FA2">
        <w:rPr>
          <w:b/>
          <w:lang w:val="it-IT"/>
        </w:rPr>
        <w:t xml:space="preserve">oppure b) </w:t>
      </w:r>
      <w:r w:rsidRPr="006D3FA2">
        <w:rPr>
          <w:lang w:val="it-IT"/>
        </w:rPr>
        <w:t xml:space="preserve">nella Sezione A - Commercialisti dell’Albo dei Dottori Commercialisti e degli Esperti Contabili, Ordine territoriale di ________________________________________, al n. ____________, con decorrenza dal </w:t>
      </w:r>
      <w:r w:rsidRPr="006D3FA2">
        <w:rPr>
          <w:lang w:val="it-IT"/>
        </w:rPr>
        <w:t>____________________.</w:t>
      </w:r>
    </w:p>
    <w:p w14:paraId="4368FDC4" w14:textId="6B4F900F" w:rsidR="006D3FA2" w:rsidRPr="006D3FA2" w:rsidRDefault="00382EA2" w:rsidP="006D3FA2">
      <w:pPr>
        <w:pStyle w:val="Dichiarazione"/>
        <w:rPr>
          <w:lang w:val="it-IT"/>
        </w:rPr>
      </w:pPr>
      <w:r w:rsidRPr="006D3FA2">
        <w:rPr>
          <w:b/>
          <w:lang w:val="it-IT"/>
        </w:rPr>
        <w:lastRenderedPageBreak/>
        <w:t>3) di avere conseguito nell’anno 2025 almeno dieci crediti formativi</w:t>
      </w:r>
      <w:r w:rsidRPr="006D3FA2">
        <w:rPr>
          <w:lang w:val="it-IT"/>
        </w:rPr>
        <w:t xml:space="preserve"> per la partecipazione a corsi e/o seminari formativi in materia di contabilità pubblica e gestione economica e finanziaria degli enti territoriali, per complessivi n. ______ crediti, come da documentazione </w:t>
      </w:r>
      <w:r w:rsidR="006D3FA2">
        <w:rPr>
          <w:lang w:val="it-IT"/>
        </w:rPr>
        <w:t>allegata;</w:t>
      </w:r>
    </w:p>
    <w:p w14:paraId="453E96FF" w14:textId="063DE60B" w:rsidR="006D3FA2" w:rsidRPr="006D3FA2" w:rsidRDefault="00382EA2">
      <w:pPr>
        <w:pStyle w:val="Dichiarazione"/>
        <w:rPr>
          <w:lang w:val="it-IT"/>
        </w:rPr>
      </w:pPr>
      <w:r w:rsidRPr="006D3FA2">
        <w:rPr>
          <w:b/>
          <w:lang w:val="it-IT"/>
        </w:rPr>
        <w:t xml:space="preserve">4) di non superare, in caso di nomina, </w:t>
      </w:r>
      <w:r w:rsidRPr="006D3FA2">
        <w:rPr>
          <w:b/>
          <w:lang w:val="it-IT"/>
        </w:rPr>
        <w:t xml:space="preserve">il limite massimo di quattro incarichi contemporanei di revisore presso </w:t>
      </w:r>
      <w:r w:rsidR="006D3FA2">
        <w:rPr>
          <w:b/>
          <w:lang w:val="it-IT"/>
        </w:rPr>
        <w:t>E</w:t>
      </w:r>
      <w:r w:rsidRPr="006D3FA2">
        <w:rPr>
          <w:b/>
          <w:lang w:val="it-IT"/>
        </w:rPr>
        <w:t>nti locali</w:t>
      </w:r>
      <w:r w:rsidRPr="006D3FA2">
        <w:rPr>
          <w:lang w:val="it-IT"/>
        </w:rPr>
        <w:t xml:space="preserve"> previsto dall’art. 10, comma 7, della L.R. n. 3/2016, come modificato dall’art. 8, comma 2, della L.R. n. 6/2021; a tal fine dichiara di svolgere attualmente n. ______ inca</w:t>
      </w:r>
      <w:r w:rsidRPr="006D3FA2">
        <w:rPr>
          <w:lang w:val="it-IT"/>
        </w:rPr>
        <w:t>richi di revisore presso enti locali, come specificato nell’elenco allegato</w:t>
      </w:r>
      <w:r w:rsidR="006D3FA2">
        <w:rPr>
          <w:lang w:val="it-IT"/>
        </w:rPr>
        <w:t>;</w:t>
      </w:r>
    </w:p>
    <w:p w14:paraId="53772F82" w14:textId="77777777" w:rsidR="00C6589A" w:rsidRPr="005A1159" w:rsidRDefault="00382EA2">
      <w:pPr>
        <w:pStyle w:val="Dichiarazione"/>
        <w:rPr>
          <w:bCs/>
          <w:lang w:val="it-IT"/>
        </w:rPr>
      </w:pPr>
      <w:r w:rsidRPr="006D3FA2">
        <w:rPr>
          <w:b/>
          <w:lang w:val="it-IT"/>
        </w:rPr>
        <w:t xml:space="preserve">5) di non trovarsi in alcuna delle condizioni di ineleggibilità o incompatibilità </w:t>
      </w:r>
      <w:r w:rsidRPr="005A1159">
        <w:rPr>
          <w:bCs/>
          <w:lang w:val="it-IT"/>
        </w:rPr>
        <w:t xml:space="preserve">previste dall’art. 236 del </w:t>
      </w:r>
      <w:proofErr w:type="spellStart"/>
      <w:r w:rsidRPr="005A1159">
        <w:rPr>
          <w:bCs/>
          <w:lang w:val="it-IT"/>
        </w:rPr>
        <w:t>D.Lgs.</w:t>
      </w:r>
      <w:proofErr w:type="spellEnd"/>
      <w:r w:rsidRPr="005A1159">
        <w:rPr>
          <w:bCs/>
          <w:lang w:val="it-IT"/>
        </w:rPr>
        <w:t xml:space="preserve"> 18 agosto 2000, n. 267 e dalle altre disposizioni vigenti;</w:t>
      </w:r>
    </w:p>
    <w:p w14:paraId="1E665E41" w14:textId="77777777" w:rsidR="00C6589A" w:rsidRPr="006D3FA2" w:rsidRDefault="00382EA2">
      <w:pPr>
        <w:pStyle w:val="Dichiarazione"/>
        <w:rPr>
          <w:lang w:val="it-IT"/>
        </w:rPr>
      </w:pPr>
      <w:r w:rsidRPr="006D3FA2">
        <w:rPr>
          <w:b/>
          <w:lang w:val="it-IT"/>
        </w:rPr>
        <w:t>6) d</w:t>
      </w:r>
      <w:r w:rsidRPr="006D3FA2">
        <w:rPr>
          <w:b/>
          <w:lang w:val="it-IT"/>
        </w:rPr>
        <w:t>i non trovarsi in situazioni di conflitto di interessi, anche potenziale,</w:t>
      </w:r>
      <w:r w:rsidRPr="006D3FA2">
        <w:rPr>
          <w:lang w:val="it-IT"/>
        </w:rPr>
        <w:t xml:space="preserve"> con il Comune di Geraci Siculo o con l’incarico da assumere;</w:t>
      </w:r>
    </w:p>
    <w:p w14:paraId="583AA52D" w14:textId="77777777" w:rsidR="00C6589A" w:rsidRPr="006D3FA2" w:rsidRDefault="00382EA2">
      <w:pPr>
        <w:pStyle w:val="Dichiarazione"/>
        <w:rPr>
          <w:lang w:val="it-IT"/>
        </w:rPr>
      </w:pPr>
      <w:r w:rsidRPr="006D3FA2">
        <w:rPr>
          <w:b/>
          <w:lang w:val="it-IT"/>
        </w:rPr>
        <w:t xml:space="preserve">7) di non essere sottoposto/a </w:t>
      </w:r>
      <w:proofErr w:type="spellStart"/>
      <w:r w:rsidRPr="006D3FA2">
        <w:rPr>
          <w:b/>
          <w:lang w:val="it-IT"/>
        </w:rPr>
        <w:t>a</w:t>
      </w:r>
      <w:proofErr w:type="spellEnd"/>
      <w:r w:rsidRPr="006D3FA2">
        <w:rPr>
          <w:b/>
          <w:lang w:val="it-IT"/>
        </w:rPr>
        <w:t xml:space="preserve"> misure di prevenzione e di non trovarsi nelle condizioni ostative previste dalla normativ</w:t>
      </w:r>
      <w:r w:rsidRPr="006D3FA2">
        <w:rPr>
          <w:b/>
          <w:lang w:val="it-IT"/>
        </w:rPr>
        <w:t>a antimafia;</w:t>
      </w:r>
    </w:p>
    <w:p w14:paraId="5B4A266E" w14:textId="77777777" w:rsidR="005A1159" w:rsidRDefault="00382EA2">
      <w:pPr>
        <w:pStyle w:val="Dichiarazione"/>
        <w:rPr>
          <w:b/>
          <w:lang w:val="it-IT"/>
        </w:rPr>
      </w:pPr>
      <w:r w:rsidRPr="006D3FA2">
        <w:rPr>
          <w:b/>
          <w:lang w:val="it-IT"/>
        </w:rPr>
        <w:t xml:space="preserve">8) di non incorrere in cause di </w:t>
      </w:r>
      <w:proofErr w:type="spellStart"/>
      <w:r w:rsidRPr="006D3FA2">
        <w:rPr>
          <w:b/>
          <w:lang w:val="it-IT"/>
        </w:rPr>
        <w:t>inconferibilità</w:t>
      </w:r>
      <w:proofErr w:type="spellEnd"/>
      <w:r w:rsidRPr="006D3FA2">
        <w:rPr>
          <w:b/>
          <w:lang w:val="it-IT"/>
        </w:rPr>
        <w:t xml:space="preserve"> o incompatibilità ai sensi del </w:t>
      </w:r>
      <w:proofErr w:type="spellStart"/>
      <w:r w:rsidRPr="006D3FA2">
        <w:rPr>
          <w:b/>
          <w:lang w:val="it-IT"/>
        </w:rPr>
        <w:t>D.Lgs.</w:t>
      </w:r>
      <w:proofErr w:type="spellEnd"/>
      <w:r w:rsidRPr="006D3FA2">
        <w:rPr>
          <w:b/>
          <w:lang w:val="it-IT"/>
        </w:rPr>
        <w:t xml:space="preserve"> 8 aprile 2013, n. 39 </w:t>
      </w:r>
      <w:r w:rsidRPr="005A1159">
        <w:rPr>
          <w:bCs/>
          <w:lang w:val="it-IT"/>
        </w:rPr>
        <w:t>e successive modificazioni e integrazioni</w:t>
      </w:r>
      <w:r w:rsidR="006D3FA2" w:rsidRPr="005A1159">
        <w:rPr>
          <w:bCs/>
          <w:lang w:val="it-IT"/>
        </w:rPr>
        <w:t>;</w:t>
      </w:r>
    </w:p>
    <w:p w14:paraId="1AD706E9" w14:textId="4EDBA6FF" w:rsidR="005A1159" w:rsidRDefault="005A1159">
      <w:pPr>
        <w:pStyle w:val="Dichiarazione"/>
        <w:rPr>
          <w:b/>
          <w:lang w:val="it-IT"/>
        </w:rPr>
      </w:pPr>
      <w:r>
        <w:rPr>
          <w:b/>
          <w:lang w:val="it-IT"/>
        </w:rPr>
        <w:t xml:space="preserve">9) </w:t>
      </w:r>
      <w:r w:rsidRPr="005A1159">
        <w:rPr>
          <w:b/>
          <w:lang w:val="it-IT"/>
        </w:rPr>
        <w:t xml:space="preserve">di essere a conoscenza dell'obbligo di comunicazione </w:t>
      </w:r>
      <w:r w:rsidRPr="005A1159">
        <w:rPr>
          <w:bCs/>
          <w:lang w:val="it-IT"/>
        </w:rPr>
        <w:t xml:space="preserve">tempestiva in ordine all'insorgenza di una delle cause di </w:t>
      </w:r>
      <w:proofErr w:type="spellStart"/>
      <w:r w:rsidRPr="005A1159">
        <w:rPr>
          <w:bCs/>
          <w:lang w:val="it-IT"/>
        </w:rPr>
        <w:t>inconferibilità</w:t>
      </w:r>
      <w:proofErr w:type="spellEnd"/>
      <w:r w:rsidRPr="005A1159">
        <w:rPr>
          <w:bCs/>
          <w:lang w:val="it-IT"/>
        </w:rPr>
        <w:t xml:space="preserve"> e incompatibilità di cui al D. Lgs. 39/2013</w:t>
      </w:r>
      <w:r w:rsidRPr="005A1159">
        <w:rPr>
          <w:b/>
          <w:lang w:val="it-IT"/>
        </w:rPr>
        <w:t>;</w:t>
      </w:r>
    </w:p>
    <w:p w14:paraId="4D1D1AEB" w14:textId="1041F1F6" w:rsidR="005A1159" w:rsidRPr="006D3FA2" w:rsidRDefault="005A1159">
      <w:pPr>
        <w:pStyle w:val="Dichiarazione"/>
        <w:rPr>
          <w:lang w:val="it-IT"/>
        </w:rPr>
      </w:pPr>
      <w:r>
        <w:rPr>
          <w:b/>
          <w:lang w:val="it-IT"/>
        </w:rPr>
        <w:t xml:space="preserve">9) </w:t>
      </w:r>
      <w:r w:rsidRPr="005A1159">
        <w:rPr>
          <w:b/>
          <w:bCs/>
          <w:lang w:val="it-IT"/>
        </w:rPr>
        <w:t xml:space="preserve">di non essere stato/a </w:t>
      </w:r>
      <w:proofErr w:type="spellStart"/>
      <w:r w:rsidRPr="005A1159">
        <w:rPr>
          <w:b/>
          <w:bCs/>
          <w:lang w:val="it-IT"/>
        </w:rPr>
        <w:t>nè</w:t>
      </w:r>
      <w:proofErr w:type="spellEnd"/>
      <w:r w:rsidRPr="005A1159">
        <w:rPr>
          <w:b/>
          <w:bCs/>
          <w:lang w:val="it-IT"/>
        </w:rPr>
        <w:t xml:space="preserve"> di essere sottoposto/a</w:t>
      </w:r>
      <w:r w:rsidRPr="005A1159">
        <w:rPr>
          <w:lang w:val="it-IT"/>
        </w:rPr>
        <w:t xml:space="preserve"> ad alcuna misura di prevenzione prevista dalle leggi vigenti;</w:t>
      </w:r>
    </w:p>
    <w:p w14:paraId="063FEC62" w14:textId="77777777" w:rsidR="00C6589A" w:rsidRPr="006D3FA2" w:rsidRDefault="00382EA2">
      <w:pPr>
        <w:pStyle w:val="Dichiarazione"/>
        <w:rPr>
          <w:lang w:val="it-IT"/>
        </w:rPr>
      </w:pPr>
      <w:r w:rsidRPr="006D3FA2">
        <w:rPr>
          <w:b/>
          <w:lang w:val="it-IT"/>
        </w:rPr>
        <w:t>9) di accettare integralmente tutte le condizioni contenute n</w:t>
      </w:r>
      <w:r w:rsidRPr="006D3FA2">
        <w:rPr>
          <w:b/>
          <w:lang w:val="it-IT"/>
        </w:rPr>
        <w:t>ell’Avviso pubblico</w:t>
      </w:r>
      <w:r w:rsidRPr="006D3FA2">
        <w:rPr>
          <w:lang w:val="it-IT"/>
        </w:rPr>
        <w:t xml:space="preserve"> e di impegnarsi, in caso di nomina, a svolgere l’incarico secondo le disposizioni di legge e regolamentari vigenti;</w:t>
      </w:r>
    </w:p>
    <w:p w14:paraId="5D5C0D2B" w14:textId="77777777" w:rsidR="00C6589A" w:rsidRPr="006D3FA2" w:rsidRDefault="00382EA2">
      <w:pPr>
        <w:pStyle w:val="Dichiarazione"/>
        <w:rPr>
          <w:lang w:val="it-IT"/>
        </w:rPr>
      </w:pPr>
      <w:r w:rsidRPr="006D3FA2">
        <w:rPr>
          <w:b/>
          <w:lang w:val="it-IT"/>
        </w:rPr>
        <w:t>10) di impegnarsi a comunicare tempestivamente al Comune di Geraci Siculo ogni eventuale modifica delle dichiarazioni re</w:t>
      </w:r>
      <w:r w:rsidRPr="006D3FA2">
        <w:rPr>
          <w:b/>
          <w:lang w:val="it-IT"/>
        </w:rPr>
        <w:t>se con la presente domanda</w:t>
      </w:r>
      <w:r w:rsidRPr="006D3FA2">
        <w:rPr>
          <w:lang w:val="it-IT"/>
        </w:rPr>
        <w:t xml:space="preserve"> e di essere a conoscenza che, qualora tali modifiche comportino la perdita dei requisiti richiesti, l’Ente si riserva di revocare l’incarico conferito;</w:t>
      </w:r>
    </w:p>
    <w:p w14:paraId="2F7212D9" w14:textId="61C0E03B" w:rsidR="00C6589A" w:rsidRPr="006D3FA2" w:rsidRDefault="00382EA2">
      <w:pPr>
        <w:pStyle w:val="Dichiarazione"/>
        <w:rPr>
          <w:lang w:val="it-IT"/>
        </w:rPr>
      </w:pPr>
      <w:r w:rsidRPr="006D3FA2">
        <w:rPr>
          <w:b/>
          <w:lang w:val="it-IT"/>
        </w:rPr>
        <w:t>11) di accettare la carica in caso di nomina da parte del Consiglio comunale</w:t>
      </w:r>
      <w:r w:rsidR="005A1159">
        <w:rPr>
          <w:b/>
          <w:lang w:val="it-IT"/>
        </w:rPr>
        <w:t>.</w:t>
      </w:r>
    </w:p>
    <w:p w14:paraId="4649DBB5" w14:textId="77777777" w:rsidR="00C6589A" w:rsidRPr="006D3FA2" w:rsidRDefault="00C6589A">
      <w:pPr>
        <w:spacing w:after="40"/>
        <w:rPr>
          <w:lang w:val="it-IT"/>
        </w:rPr>
      </w:pPr>
    </w:p>
    <w:p w14:paraId="1A7E9688" w14:textId="77777777" w:rsidR="00C6589A" w:rsidRPr="006D3FA2" w:rsidRDefault="00382EA2">
      <w:pPr>
        <w:spacing w:after="100"/>
        <w:jc w:val="center"/>
        <w:rPr>
          <w:lang w:val="it-IT"/>
        </w:rPr>
      </w:pPr>
      <w:r w:rsidRPr="006D3FA2">
        <w:rPr>
          <w:b/>
          <w:lang w:val="it-IT"/>
        </w:rPr>
        <w:t>DOCUMENTAZIONE ALLEGATA</w:t>
      </w:r>
    </w:p>
    <w:p w14:paraId="0561A8D7" w14:textId="77777777" w:rsidR="00C6589A" w:rsidRPr="006D3FA2" w:rsidRDefault="00382EA2">
      <w:pPr>
        <w:spacing w:after="60"/>
        <w:rPr>
          <w:lang w:val="it-IT"/>
        </w:rPr>
      </w:pPr>
      <w:r w:rsidRPr="006D3FA2">
        <w:rPr>
          <w:lang w:val="it-IT"/>
        </w:rPr>
        <w:t>Alla presente domanda sono allegati, in conformità all’Avviso pubblico:</w:t>
      </w:r>
    </w:p>
    <w:p w14:paraId="0E96F3E2" w14:textId="77777777" w:rsidR="00C6589A" w:rsidRPr="006D3FA2" w:rsidRDefault="00382EA2">
      <w:pPr>
        <w:pStyle w:val="Dichiarazione"/>
        <w:ind w:left="113"/>
        <w:rPr>
          <w:lang w:val="it-IT"/>
        </w:rPr>
      </w:pPr>
      <w:r w:rsidRPr="006D3FA2">
        <w:rPr>
          <w:lang w:val="it-IT"/>
        </w:rPr>
        <w:t>1) copia di un documento di identità in corso di validità;</w:t>
      </w:r>
    </w:p>
    <w:p w14:paraId="5016EC48" w14:textId="77777777" w:rsidR="00C6589A" w:rsidRPr="006D3FA2" w:rsidRDefault="00382EA2">
      <w:pPr>
        <w:pStyle w:val="Dichiarazione"/>
        <w:ind w:left="113"/>
        <w:rPr>
          <w:lang w:val="it-IT"/>
        </w:rPr>
      </w:pPr>
      <w:r w:rsidRPr="006D3FA2">
        <w:rPr>
          <w:lang w:val="it-IT"/>
        </w:rPr>
        <w:t>2) curriculum vitae in formato europeo, aggiornato, datato e sottoscritto;</w:t>
      </w:r>
    </w:p>
    <w:p w14:paraId="1A73756D" w14:textId="0A0A9363" w:rsidR="00C6589A" w:rsidRPr="006D3FA2" w:rsidRDefault="00382EA2">
      <w:pPr>
        <w:pStyle w:val="Dichiarazione"/>
        <w:ind w:left="113"/>
        <w:rPr>
          <w:lang w:val="it-IT"/>
        </w:rPr>
      </w:pPr>
      <w:r w:rsidRPr="006D3FA2">
        <w:rPr>
          <w:lang w:val="it-IT"/>
        </w:rPr>
        <w:t xml:space="preserve">3) </w:t>
      </w:r>
      <w:r w:rsidR="006D3FA2">
        <w:rPr>
          <w:lang w:val="it-IT"/>
        </w:rPr>
        <w:t xml:space="preserve">certificazione </w:t>
      </w:r>
      <w:r w:rsidRPr="006D3FA2">
        <w:rPr>
          <w:lang w:val="it-IT"/>
        </w:rPr>
        <w:t>elenco degli enti locali presso i quali il/la candidato/a ha svolto o svolge incarichi di Revisore dei conti, con indicazione della durata e dello stato dell’incarico;</w:t>
      </w:r>
    </w:p>
    <w:p w14:paraId="5A6CA652" w14:textId="77777777" w:rsidR="00C6589A" w:rsidRPr="006D3FA2" w:rsidRDefault="00382EA2">
      <w:pPr>
        <w:pStyle w:val="Dichiarazione"/>
        <w:ind w:left="113"/>
        <w:rPr>
          <w:lang w:val="it-IT"/>
        </w:rPr>
      </w:pPr>
      <w:r w:rsidRPr="006D3FA2">
        <w:rPr>
          <w:lang w:val="it-IT"/>
        </w:rPr>
        <w:t>4) autocertificazione antimafia - persone fisiche;</w:t>
      </w:r>
    </w:p>
    <w:p w14:paraId="15357BD2" w14:textId="77777777" w:rsidR="00C6589A" w:rsidRPr="006D3FA2" w:rsidRDefault="00382EA2">
      <w:pPr>
        <w:pStyle w:val="Dichiarazione"/>
        <w:ind w:left="113"/>
        <w:rPr>
          <w:lang w:val="it-IT"/>
        </w:rPr>
      </w:pPr>
      <w:r w:rsidRPr="006D3FA2">
        <w:rPr>
          <w:lang w:val="it-IT"/>
        </w:rPr>
        <w:t>5) dichiarazione di in</w:t>
      </w:r>
      <w:r w:rsidRPr="006D3FA2">
        <w:rPr>
          <w:lang w:val="it-IT"/>
        </w:rPr>
        <w:t xml:space="preserve">sussistenza di cause di </w:t>
      </w:r>
      <w:proofErr w:type="spellStart"/>
      <w:r w:rsidRPr="006D3FA2">
        <w:rPr>
          <w:lang w:val="it-IT"/>
        </w:rPr>
        <w:t>inconferibilità</w:t>
      </w:r>
      <w:proofErr w:type="spellEnd"/>
      <w:r w:rsidRPr="006D3FA2">
        <w:rPr>
          <w:lang w:val="it-IT"/>
        </w:rPr>
        <w:t xml:space="preserve"> e incompatibilità ex </w:t>
      </w:r>
      <w:proofErr w:type="spellStart"/>
      <w:r w:rsidRPr="006D3FA2">
        <w:rPr>
          <w:lang w:val="it-IT"/>
        </w:rPr>
        <w:t>D.Lgs.</w:t>
      </w:r>
      <w:proofErr w:type="spellEnd"/>
      <w:r w:rsidRPr="006D3FA2">
        <w:rPr>
          <w:lang w:val="it-IT"/>
        </w:rPr>
        <w:t xml:space="preserve"> n. 39/2013 e </w:t>
      </w:r>
      <w:proofErr w:type="spellStart"/>
      <w:r w:rsidRPr="006D3FA2">
        <w:rPr>
          <w:lang w:val="it-IT"/>
        </w:rPr>
        <w:t>s.m.i.</w:t>
      </w:r>
      <w:proofErr w:type="spellEnd"/>
      <w:r w:rsidRPr="006D3FA2">
        <w:rPr>
          <w:lang w:val="it-IT"/>
        </w:rPr>
        <w:t>;</w:t>
      </w:r>
    </w:p>
    <w:p w14:paraId="3FDBED92" w14:textId="77777777" w:rsidR="00C6589A" w:rsidRPr="006D3FA2" w:rsidRDefault="00382EA2">
      <w:pPr>
        <w:pStyle w:val="Dichiarazione"/>
        <w:ind w:left="113"/>
        <w:rPr>
          <w:lang w:val="it-IT"/>
        </w:rPr>
      </w:pPr>
      <w:r w:rsidRPr="006D3FA2">
        <w:rPr>
          <w:lang w:val="it-IT"/>
        </w:rPr>
        <w:t>6) documentazione relativa ai crediti formativi conseguiti nell’anno 2025.</w:t>
      </w:r>
    </w:p>
    <w:p w14:paraId="7335E269" w14:textId="77777777" w:rsidR="00C6589A" w:rsidRPr="006D3FA2" w:rsidRDefault="00C6589A">
      <w:pPr>
        <w:spacing w:after="20"/>
        <w:rPr>
          <w:lang w:val="it-IT"/>
        </w:rPr>
      </w:pPr>
    </w:p>
    <w:p w14:paraId="6DF5529B" w14:textId="77777777" w:rsidR="00382EA2" w:rsidRDefault="00382EA2">
      <w:pPr>
        <w:spacing w:after="100"/>
        <w:jc w:val="center"/>
        <w:rPr>
          <w:b/>
          <w:lang w:val="it-IT"/>
        </w:rPr>
      </w:pPr>
    </w:p>
    <w:p w14:paraId="753BD751" w14:textId="7EB12C16" w:rsidR="00C6589A" w:rsidRPr="006D3FA2" w:rsidRDefault="00382EA2">
      <w:pPr>
        <w:spacing w:after="100"/>
        <w:jc w:val="center"/>
        <w:rPr>
          <w:lang w:val="it-IT"/>
        </w:rPr>
      </w:pPr>
      <w:r w:rsidRPr="006D3FA2">
        <w:rPr>
          <w:b/>
          <w:lang w:val="it-IT"/>
        </w:rPr>
        <w:lastRenderedPageBreak/>
        <w:t>RECAPITO PER LE COMUNICAZIONI</w:t>
      </w:r>
    </w:p>
    <w:p w14:paraId="13C04453" w14:textId="77777777" w:rsidR="00C6589A" w:rsidRPr="006D3FA2" w:rsidRDefault="00382EA2">
      <w:pPr>
        <w:spacing w:after="60"/>
        <w:rPr>
          <w:lang w:val="it-IT"/>
        </w:rPr>
      </w:pPr>
      <w:r w:rsidRPr="006D3FA2">
        <w:rPr>
          <w:lang w:val="it-IT"/>
        </w:rPr>
        <w:t>Il/La sottoscritto/a indica, per tutte le comunicazioni relat</w:t>
      </w:r>
      <w:r w:rsidRPr="006D3FA2">
        <w:rPr>
          <w:lang w:val="it-IT"/>
        </w:rPr>
        <w:t>ive alla presente procedura, i seguenti recapiti:</w:t>
      </w:r>
    </w:p>
    <w:p w14:paraId="5209EE68" w14:textId="77777777" w:rsidR="00C6589A" w:rsidRPr="006D3FA2" w:rsidRDefault="00382EA2">
      <w:pPr>
        <w:spacing w:after="40"/>
        <w:rPr>
          <w:lang w:val="it-IT"/>
        </w:rPr>
      </w:pPr>
      <w:r w:rsidRPr="006D3FA2">
        <w:rPr>
          <w:lang w:val="it-IT"/>
        </w:rPr>
        <w:t>PEC ______________________________________________________________________________</w:t>
      </w:r>
    </w:p>
    <w:p w14:paraId="620BE5D8" w14:textId="77777777" w:rsidR="00C6589A" w:rsidRPr="006D3FA2" w:rsidRDefault="00382EA2">
      <w:pPr>
        <w:spacing w:after="40"/>
        <w:rPr>
          <w:lang w:val="it-IT"/>
        </w:rPr>
      </w:pPr>
      <w:r w:rsidRPr="006D3FA2">
        <w:rPr>
          <w:lang w:val="it-IT"/>
        </w:rPr>
        <w:t xml:space="preserve">e-mail </w:t>
      </w:r>
      <w:r w:rsidRPr="006D3FA2">
        <w:rPr>
          <w:lang w:val="it-IT"/>
        </w:rPr>
        <w:t>_____________________________________________________________________________</w:t>
      </w:r>
    </w:p>
    <w:p w14:paraId="7D7D760B" w14:textId="77777777" w:rsidR="00C6589A" w:rsidRPr="006D3FA2" w:rsidRDefault="00382EA2">
      <w:pPr>
        <w:spacing w:after="160"/>
        <w:rPr>
          <w:lang w:val="it-IT"/>
        </w:rPr>
      </w:pPr>
      <w:r w:rsidRPr="006D3FA2">
        <w:rPr>
          <w:lang w:val="it-IT"/>
        </w:rPr>
        <w:t>tel./</w:t>
      </w:r>
      <w:proofErr w:type="spellStart"/>
      <w:r w:rsidRPr="006D3FA2">
        <w:rPr>
          <w:lang w:val="it-IT"/>
        </w:rPr>
        <w:t>cell</w:t>
      </w:r>
      <w:proofErr w:type="spellEnd"/>
      <w:r w:rsidRPr="006D3FA2">
        <w:rPr>
          <w:lang w:val="it-IT"/>
        </w:rPr>
        <w:t>. ___________________________________________________________________________</w:t>
      </w:r>
    </w:p>
    <w:p w14:paraId="794664BF" w14:textId="77777777" w:rsidR="00382EA2" w:rsidRDefault="00382EA2">
      <w:pPr>
        <w:spacing w:after="200"/>
        <w:rPr>
          <w:lang w:val="it-IT"/>
        </w:rPr>
      </w:pPr>
    </w:p>
    <w:p w14:paraId="51267763" w14:textId="776F0602" w:rsidR="00C6589A" w:rsidRPr="006D3FA2" w:rsidRDefault="00382EA2">
      <w:pPr>
        <w:spacing w:after="200"/>
        <w:rPr>
          <w:lang w:val="it-IT"/>
        </w:rPr>
      </w:pPr>
      <w:r w:rsidRPr="006D3FA2">
        <w:rPr>
          <w:lang w:val="it-IT"/>
        </w:rPr>
        <w:t>Luogo ______________________________, data __________________________</w:t>
      </w:r>
    </w:p>
    <w:p w14:paraId="11EDE1B7" w14:textId="77777777" w:rsidR="00382EA2" w:rsidRDefault="00382EA2">
      <w:pPr>
        <w:spacing w:after="240"/>
        <w:jc w:val="right"/>
        <w:rPr>
          <w:b/>
          <w:lang w:val="it-IT"/>
        </w:rPr>
      </w:pPr>
    </w:p>
    <w:p w14:paraId="4BBEE050" w14:textId="3B74FBD5" w:rsidR="00C6589A" w:rsidRPr="006D3FA2" w:rsidRDefault="00382EA2">
      <w:pPr>
        <w:spacing w:after="240"/>
        <w:jc w:val="right"/>
        <w:rPr>
          <w:lang w:val="it-IT"/>
        </w:rPr>
      </w:pPr>
      <w:r w:rsidRPr="006D3FA2">
        <w:rPr>
          <w:b/>
          <w:lang w:val="it-IT"/>
        </w:rPr>
        <w:t>Firma _______________</w:t>
      </w:r>
      <w:r w:rsidRPr="006D3FA2">
        <w:rPr>
          <w:b/>
          <w:lang w:val="it-IT"/>
        </w:rPr>
        <w:t>___________________________</w:t>
      </w:r>
    </w:p>
    <w:p w14:paraId="695444B1" w14:textId="77777777" w:rsidR="006D3FA2" w:rsidRDefault="006D3FA2">
      <w:pPr>
        <w:spacing w:before="80" w:after="100"/>
        <w:jc w:val="center"/>
        <w:rPr>
          <w:b/>
          <w:lang w:val="it-IT"/>
        </w:rPr>
      </w:pPr>
    </w:p>
    <w:p w14:paraId="74B0449C" w14:textId="52C4F768" w:rsidR="00C6589A" w:rsidRPr="006D3FA2" w:rsidRDefault="00382EA2">
      <w:pPr>
        <w:spacing w:before="80" w:after="100"/>
        <w:jc w:val="center"/>
        <w:rPr>
          <w:lang w:val="it-IT"/>
        </w:rPr>
      </w:pPr>
      <w:r w:rsidRPr="006D3FA2">
        <w:rPr>
          <w:b/>
          <w:lang w:val="it-IT"/>
        </w:rPr>
        <w:t>INFORMATIVA SUL TRATTAMENTO DEI DATI PERSONALI</w:t>
      </w:r>
    </w:p>
    <w:p w14:paraId="294515ED" w14:textId="77777777" w:rsidR="00C6589A" w:rsidRPr="006D3FA2" w:rsidRDefault="00382EA2">
      <w:pPr>
        <w:spacing w:after="120"/>
        <w:jc w:val="center"/>
        <w:rPr>
          <w:lang w:val="it-IT"/>
        </w:rPr>
      </w:pPr>
      <w:r w:rsidRPr="006D3FA2">
        <w:rPr>
          <w:b/>
          <w:lang w:val="it-IT"/>
        </w:rPr>
        <w:t>(art. 13 del Regolamento (UE) 2016/679)</w:t>
      </w:r>
    </w:p>
    <w:p w14:paraId="5A66E54F" w14:textId="77777777" w:rsidR="00C6589A" w:rsidRPr="006D3FA2" w:rsidRDefault="00382EA2">
      <w:pPr>
        <w:spacing w:after="80"/>
        <w:rPr>
          <w:lang w:val="it-IT"/>
        </w:rPr>
      </w:pPr>
      <w:r w:rsidRPr="006D3FA2">
        <w:rPr>
          <w:b/>
          <w:sz w:val="22"/>
          <w:lang w:val="it-IT"/>
        </w:rPr>
        <w:t xml:space="preserve">Titolare del trattamento. </w:t>
      </w:r>
      <w:r w:rsidRPr="006D3FA2">
        <w:rPr>
          <w:sz w:val="22"/>
          <w:lang w:val="it-IT"/>
        </w:rPr>
        <w:t xml:space="preserve">Il Titolare del trattamento è il Comune di Geraci Siculo, con sede in Piazza Municipio n. 14, 90010 Geraci Siculo </w:t>
      </w:r>
      <w:r w:rsidRPr="006D3FA2">
        <w:rPr>
          <w:sz w:val="22"/>
          <w:lang w:val="it-IT"/>
        </w:rPr>
        <w:t>(PA), PEC: protocollo@pec.comune.geracisiculo.pa.it.</w:t>
      </w:r>
    </w:p>
    <w:p w14:paraId="3877FB17" w14:textId="77777777" w:rsidR="00C6589A" w:rsidRPr="006D3FA2" w:rsidRDefault="00382EA2">
      <w:pPr>
        <w:spacing w:after="80"/>
        <w:rPr>
          <w:lang w:val="it-IT"/>
        </w:rPr>
      </w:pPr>
      <w:r w:rsidRPr="006D3FA2">
        <w:rPr>
          <w:b/>
          <w:sz w:val="22"/>
          <w:lang w:val="it-IT"/>
        </w:rPr>
        <w:t xml:space="preserve">Finalità e base giuridica. </w:t>
      </w:r>
      <w:r w:rsidRPr="006D3FA2">
        <w:rPr>
          <w:sz w:val="22"/>
          <w:lang w:val="it-IT"/>
        </w:rPr>
        <w:t>I dati personali forniti saranno trattati esclusivamente per le finalità connesse alla procedura di nomina del Revisore unico dei conti e per gli adempimenti conseguenti. Il tr</w:t>
      </w:r>
      <w:r w:rsidRPr="006D3FA2">
        <w:rPr>
          <w:sz w:val="22"/>
          <w:lang w:val="it-IT"/>
        </w:rPr>
        <w:t>attamento è effettuato per l’adempimento di obblighi legali e per l’esecuzione di compiti di interesse pubblico o connessi all’esercizio di pubblici poteri, ai sensi dell’art. 6, par. 1, lett. c) ed e), del Regolamento (UE) 2016/679.</w:t>
      </w:r>
    </w:p>
    <w:p w14:paraId="6DE870B4" w14:textId="77777777" w:rsidR="00C6589A" w:rsidRPr="006D3FA2" w:rsidRDefault="00382EA2">
      <w:pPr>
        <w:spacing w:after="80"/>
        <w:rPr>
          <w:lang w:val="it-IT"/>
        </w:rPr>
      </w:pPr>
      <w:r w:rsidRPr="006D3FA2">
        <w:rPr>
          <w:b/>
          <w:sz w:val="22"/>
          <w:lang w:val="it-IT"/>
        </w:rPr>
        <w:t>Natura del conferiment</w:t>
      </w:r>
      <w:r w:rsidRPr="006D3FA2">
        <w:rPr>
          <w:b/>
          <w:sz w:val="22"/>
          <w:lang w:val="it-IT"/>
        </w:rPr>
        <w:t xml:space="preserve">o. </w:t>
      </w:r>
      <w:r w:rsidRPr="006D3FA2">
        <w:rPr>
          <w:sz w:val="22"/>
          <w:lang w:val="it-IT"/>
        </w:rPr>
        <w:t xml:space="preserve">Il conferimento dei dati richiesti è necessario ai fini della partecipazione alla procedura. L’eventuale mancato conferimento dei dati e della documentazione </w:t>
      </w:r>
      <w:proofErr w:type="spellStart"/>
      <w:r w:rsidRPr="006D3FA2">
        <w:rPr>
          <w:sz w:val="22"/>
          <w:lang w:val="it-IT"/>
        </w:rPr>
        <w:t>richiesti</w:t>
      </w:r>
      <w:proofErr w:type="spellEnd"/>
      <w:r w:rsidRPr="006D3FA2">
        <w:rPr>
          <w:sz w:val="22"/>
          <w:lang w:val="it-IT"/>
        </w:rPr>
        <w:t xml:space="preserve"> può comportare l’impossibilità di ammettere o istruire la candidatura, secondo quanto</w:t>
      </w:r>
      <w:r w:rsidRPr="006D3FA2">
        <w:rPr>
          <w:sz w:val="22"/>
          <w:lang w:val="it-IT"/>
        </w:rPr>
        <w:t xml:space="preserve"> previsto dall’Avviso.</w:t>
      </w:r>
    </w:p>
    <w:p w14:paraId="093890F2" w14:textId="77777777" w:rsidR="00C6589A" w:rsidRPr="006D3FA2" w:rsidRDefault="00382EA2">
      <w:pPr>
        <w:spacing w:after="80"/>
        <w:rPr>
          <w:lang w:val="it-IT"/>
        </w:rPr>
      </w:pPr>
      <w:r w:rsidRPr="006D3FA2">
        <w:rPr>
          <w:b/>
          <w:sz w:val="22"/>
          <w:lang w:val="it-IT"/>
        </w:rPr>
        <w:t xml:space="preserve">Modalità del trattamento e destinatari. </w:t>
      </w:r>
      <w:r w:rsidRPr="006D3FA2">
        <w:rPr>
          <w:sz w:val="22"/>
          <w:lang w:val="it-IT"/>
        </w:rPr>
        <w:t>Il trattamento sarà effettuato con strumenti cartacei e informatici da personale autorizzato. I dati potranno essere comunicati ai soggetti pubblici competenti e ad altri soggetti nei casi prev</w:t>
      </w:r>
      <w:r w:rsidRPr="006D3FA2">
        <w:rPr>
          <w:sz w:val="22"/>
          <w:lang w:val="it-IT"/>
        </w:rPr>
        <w:t>isti dalla legge; potranno inoltre essere oggetto di pubblicazione nei limiti imposti dalla normativa in materia di trasparenza e pubblicità amministrativa.</w:t>
      </w:r>
    </w:p>
    <w:p w14:paraId="5A1D4896" w14:textId="77777777" w:rsidR="00C6589A" w:rsidRPr="006D3FA2" w:rsidRDefault="00382EA2">
      <w:pPr>
        <w:spacing w:after="80"/>
        <w:rPr>
          <w:lang w:val="it-IT"/>
        </w:rPr>
      </w:pPr>
      <w:r w:rsidRPr="006D3FA2">
        <w:rPr>
          <w:b/>
          <w:sz w:val="22"/>
          <w:lang w:val="it-IT"/>
        </w:rPr>
        <w:t xml:space="preserve">Conservazione. </w:t>
      </w:r>
      <w:r w:rsidRPr="006D3FA2">
        <w:rPr>
          <w:sz w:val="22"/>
          <w:lang w:val="it-IT"/>
        </w:rPr>
        <w:t xml:space="preserve">I dati saranno conservati per il tempo necessario alla gestione del procedimento e, </w:t>
      </w:r>
      <w:r w:rsidRPr="006D3FA2">
        <w:rPr>
          <w:sz w:val="22"/>
          <w:lang w:val="it-IT"/>
        </w:rPr>
        <w:t>successivamente, secondo i termini previsti dalla normativa in materia di conservazione e archiviazione dei documenti amministrativi.</w:t>
      </w:r>
    </w:p>
    <w:p w14:paraId="307696EF" w14:textId="77777777" w:rsidR="00C6589A" w:rsidRPr="006D3FA2" w:rsidRDefault="00382EA2">
      <w:pPr>
        <w:spacing w:after="80"/>
        <w:rPr>
          <w:lang w:val="it-IT"/>
        </w:rPr>
      </w:pPr>
      <w:r w:rsidRPr="006D3FA2">
        <w:rPr>
          <w:b/>
          <w:sz w:val="22"/>
          <w:lang w:val="it-IT"/>
        </w:rPr>
        <w:t xml:space="preserve">Diritti dell’interessato. </w:t>
      </w:r>
      <w:r w:rsidRPr="006D3FA2">
        <w:rPr>
          <w:sz w:val="22"/>
          <w:lang w:val="it-IT"/>
        </w:rPr>
        <w:t>L’interessato può esercitare, nei casi previsti, i diritti di cui agli artt. 15 e seguenti del R</w:t>
      </w:r>
      <w:r w:rsidRPr="006D3FA2">
        <w:rPr>
          <w:sz w:val="22"/>
          <w:lang w:val="it-IT"/>
        </w:rPr>
        <w:t xml:space="preserve">egolamento (UE) 2016/679 e può proporre reclamo al Garante per la protezione dei dati personali. Responsabile della protezione dei dati (RPD/DPO): ________________________________________________. </w:t>
      </w:r>
    </w:p>
    <w:p w14:paraId="50890CA4" w14:textId="77777777" w:rsidR="00C6589A" w:rsidRPr="006D3FA2" w:rsidRDefault="00382EA2">
      <w:pPr>
        <w:spacing w:after="80"/>
        <w:rPr>
          <w:lang w:val="it-IT"/>
        </w:rPr>
      </w:pPr>
      <w:r w:rsidRPr="006D3FA2">
        <w:rPr>
          <w:b/>
          <w:sz w:val="22"/>
          <w:lang w:val="it-IT"/>
        </w:rPr>
        <w:t xml:space="preserve">Processi automatizzati. </w:t>
      </w:r>
      <w:r w:rsidRPr="006D3FA2">
        <w:rPr>
          <w:sz w:val="22"/>
          <w:lang w:val="it-IT"/>
        </w:rPr>
        <w:t>Non sono previsti processi decisio</w:t>
      </w:r>
      <w:r w:rsidRPr="006D3FA2">
        <w:rPr>
          <w:sz w:val="22"/>
          <w:lang w:val="it-IT"/>
        </w:rPr>
        <w:t>nali automatizzati, compresa la profilazione, ai sensi dell’art. 22 del Regolamento (UE) 2016/679.</w:t>
      </w:r>
    </w:p>
    <w:sectPr w:rsidR="00C6589A" w:rsidRPr="006D3FA2" w:rsidSect="00034616">
      <w:footerReference w:type="default" r:id="rId9"/>
      <w:pgSz w:w="12240" w:h="15840"/>
      <w:pgMar w:top="907" w:right="1134" w:bottom="90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1DB24" w14:textId="77777777" w:rsidR="00860D55" w:rsidRDefault="00860D55">
      <w:pPr>
        <w:spacing w:line="240" w:lineRule="auto"/>
      </w:pPr>
      <w:r>
        <w:separator/>
      </w:r>
    </w:p>
  </w:endnote>
  <w:endnote w:type="continuationSeparator" w:id="0">
    <w:p w14:paraId="000DAA74" w14:textId="77777777" w:rsidR="00860D55" w:rsidRDefault="00860D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A4E43" w14:textId="22698F4C" w:rsidR="00C6589A" w:rsidRPr="006D3FA2" w:rsidRDefault="00382EA2">
    <w:pPr>
      <w:pStyle w:val="Pidipagina"/>
      <w:jc w:val="center"/>
      <w:rPr>
        <w:lang w:val="it-IT"/>
      </w:rPr>
    </w:pPr>
    <w:r w:rsidRPr="006D3FA2">
      <w:rPr>
        <w:sz w:val="18"/>
        <w:lang w:val="it-IT"/>
      </w:rPr>
      <w:t>Allegato A - Modello di domanda Revisore unico dei conti 2026/2029</w:t>
    </w:r>
    <w:r w:rsidR="000700FB">
      <w:rPr>
        <w:sz w:val="18"/>
        <w:lang w:val="it-IT"/>
      </w:rPr>
      <w:t>_Comune di Geraci Siculo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769A9" w14:textId="77777777" w:rsidR="00860D55" w:rsidRDefault="00860D55">
      <w:pPr>
        <w:spacing w:line="240" w:lineRule="auto"/>
      </w:pPr>
      <w:r>
        <w:separator/>
      </w:r>
    </w:p>
  </w:footnote>
  <w:footnote w:type="continuationSeparator" w:id="0">
    <w:p w14:paraId="591869B5" w14:textId="77777777" w:rsidR="00860D55" w:rsidRDefault="00860D5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00FB"/>
    <w:rsid w:val="0015074B"/>
    <w:rsid w:val="0029639D"/>
    <w:rsid w:val="00326F90"/>
    <w:rsid w:val="00382EA2"/>
    <w:rsid w:val="004771AC"/>
    <w:rsid w:val="005A1159"/>
    <w:rsid w:val="006D3FA2"/>
    <w:rsid w:val="00860D55"/>
    <w:rsid w:val="00867D0B"/>
    <w:rsid w:val="00AA1D8D"/>
    <w:rsid w:val="00B47730"/>
    <w:rsid w:val="00C6589A"/>
    <w:rsid w:val="00CB0664"/>
    <w:rsid w:val="00DB5AB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EE46DF"/>
  <w14:defaultImageDpi w14:val="300"/>
  <w15:docId w15:val="{07061B6D-F5C0-4C0A-BFA5-48095EF7C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0" w:line="288" w:lineRule="auto"/>
      <w:jc w:val="both"/>
    </w:pPr>
    <w:rPr>
      <w:rFonts w:ascii="Times New Roman" w:eastAsia="Times New Roman" w:hAnsi="Times New Roman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ichiarazione">
    <w:name w:val="Dichiarazione"/>
    <w:pPr>
      <w:spacing w:after="60" w:line="288" w:lineRule="auto"/>
      <w:jc w:val="both"/>
    </w:pPr>
    <w:rPr>
      <w:rFonts w:ascii="Times New Roman" w:eastAsia="Times New Roman" w:hAnsi="Times New Roman"/>
      <w:sz w:val="24"/>
    </w:rPr>
  </w:style>
  <w:style w:type="character" w:styleId="Collegamentoipertestuale">
    <w:name w:val="Hyperlink"/>
    <w:basedOn w:val="Carpredefinitoparagrafo"/>
    <w:uiPriority w:val="99"/>
    <w:unhideWhenUsed/>
    <w:rsid w:val="006D3FA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D3F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comune.geracisiculo.p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1142</Words>
  <Characters>6510</Characters>
  <Application>Microsoft Office Word</Application>
  <DocSecurity>0</DocSecurity>
  <Lines>54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Allegato A - Modello di domanda Revisore unico dei conti 2026/2029</vt:lpstr>
      <vt:lpstr/>
    </vt:vector>
  </TitlesOfParts>
  <Manager/>
  <Company/>
  <LinksUpToDate>false</LinksUpToDate>
  <CharactersWithSpaces>7637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 - Modello di domanda Revisore unico dei conti 2026/2029</dc:title>
  <dc:subject>Comune di Geraci Siculo</dc:subject>
  <dc:creator>Comune di Geraci Siculo</dc:creator>
  <cp:keywords/>
  <dc:description>generated by python-docx</dc:description>
  <cp:lastModifiedBy>Gianluca Alfonzo</cp:lastModifiedBy>
  <cp:revision>5</cp:revision>
  <dcterms:created xsi:type="dcterms:W3CDTF">2026-08-18T14:18:00Z</dcterms:created>
  <dcterms:modified xsi:type="dcterms:W3CDTF">2026-08-26T10:32:00Z</dcterms:modified>
  <cp:category/>
</cp:coreProperties>
</file>